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</w:rPr>
        <w:t>Генеральному прокурору Российской Федерации</w:t>
        <w:br/>
        <w:t>125993, г. Москва, ул. Большая Дмитровка, д. 15а</w:t>
        <w:br/>
        <w:t>(копия: прокуратура субъекта РФ по месту отбывания наказания)</w:t>
      </w:r>
    </w:p>
    <w:p/>
    <w:p>
      <w:r>
        <w:t>От: Федякина Валерия Сергеевна</w:t>
        <w:br/>
      </w:r>
      <w:r>
        <w:t>Дата рождения: 1995 г., г. Симферополь (Крым)</w:t>
        <w:br/>
      </w:r>
      <w:r>
        <w:t>Место отбывания / следствие: отбывание наказания: исправительная колония общего режима (по приговору от 24.06.2025); ранее ФКУ СИЗ-6 «Печатники» и ФКУ СИЗ «Москворецкий» г. Москва (СМИ, 2023–2025)</w:t>
        <w:br/>
      </w:r>
      <w:r>
        <w:t>Процесс: уголовное дело по ч. 4 ст. 159 УК РФ (возбуждено 15.09.2023, ГСУ СК России по г. Москве); рассмотрено Пресненским районным судом г. Москвы, приговор оглашён 24.06.2025</w:t>
        <w:br/>
      </w:r>
      <w:r>
        <w:t>Контакт для ответа: support@bitmama.duckdns.org</w:t>
        <w:br/>
      </w:r>
      <w:r>
        <w:t>уполномоченный представитель осуждённой (по письменному поручению), связь: support@bitmama.duckdns.org</w:t>
        <w:br/>
      </w:r>
      <w:r>
        <w:t>Материалы: https://bitmama.duckdns.org/</w:t>
      </w:r>
    </w:p>
    <w:p/>
    <w:p>
      <w:pPr>
        <w:jc w:val="center"/>
      </w:pPr>
      <w:r>
        <w:rPr>
          <w:b/>
        </w:rPr>
        <w:t>ОБРАЩЕНИЕ</w:t>
        <w:br/>
        <w:t>(прокурорский надзор)</w:t>
      </w:r>
    </w:p>
    <w:p>
      <w:r>
        <w:t>Уважаемые работники прокуратуры!</w:t>
      </w:r>
    </w:p>
    <w:p/>
    <w:p>
      <w:r>
        <w:t>Я, Федякина Валерия Сергеевна, осуждённая по ч. 4 ст. 159 УК РФ (финансовая пирамида, бренды Bitmama / Bitmama Finance), направляю обращение в порядке Федерального закона № 59-ФЗ «О порядке рассмотрения обращений граждан Российской Федерации».</w:t>
      </w:r>
    </w:p>
    <w:p/>
    <w:p>
      <w:r>
        <w:t>Прошу провести прокурорскую проверку законности:</w:t>
      </w:r>
    </w:p>
    <w:p>
      <w:r>
        <w:t>1) приговора Пресненский районный суд города Москвы (24 июня 2025 г.) — 7 (семь) лет лишения свободы, исправительная колония общего режима, взыскание 2 200 000 000 (два миллиарда двести миллионов) руб.;</w:t>
      </w:r>
    </w:p>
    <w:p>
      <w:r>
        <w:t>2) процессуальных решений с момента задержания 15 сентября 2023 г.;</w:t>
      </w:r>
    </w:p>
    <w:p>
      <w:r>
        <w:t>3) соответствия квалификации фактическим обстоятельствам (роль соучастников, заявление Гагика Гулакяна и др.).</w:t>
      </w:r>
    </w:p>
    <w:p/>
    <w:p>
      <w:r>
        <w:t>Считаю, что в отношении меня не обеспечены принципы состязательности и справедливого разбирательства: вину не признаю, роль в схеме, по моему убеждению, преувеличена. Отдельные фигуранты привлекаются с существенным опозданием (заявитель по делу — арест 2026; бывший защитник Руслан Русланов — арест 24.04.2026).</w:t>
      </w:r>
    </w:p>
    <w:p/>
    <w:p>
      <w:r>
        <w:t>Для объективной оценки указываю обобщённые материалы (хронология, участники, документы, ссылки на СМИ):</w:t>
      </w:r>
    </w:p>
    <w:p>
      <w:r>
        <w:t>https://bitmama.duckdns.org/</w:t>
      </w:r>
    </w:p>
    <w:p/>
    <w:p>
      <w:r>
        <w:t>Благодарности подразделений ВСУ за передачу БпЛА (2022):</w:t>
      </w:r>
    </w:p>
    <w:p>
      <w:r>
        <w:t>Подяка ВСУ (дочь, 4123 оБпС, 12.10.2022): https://bitmama.duckdns.org/podaka-vsu.html</w:t>
        <w:br/>
        <w:t>Подяка ВСУ (мать, 5033 оБпС, 18.09.2022): https://bitmama.duckdns.org/podaka-vsu-mother.html</w:t>
        <w:br/>
        <w:t>Паспорт матери (Украина): https://bitmama.duckdns.org/#mother</w:t>
      </w:r>
    </w:p>
    <w:p/>
    <w:p>
      <w:r>
        <w:t>Прошу:</w:t>
      </w:r>
    </w:p>
    <w:p>
      <w:r>
        <w:t>— дать правовую оценку в рамках надзорного производства;</w:t>
      </w:r>
    </w:p>
    <w:p>
      <w:r>
        <w:t>— сообщить о принятом решении в письменной форме на support@bitmama.duckdns.org или почтовым отправлением.</w:t>
      </w:r>
    </w:p>
    <w:p/>
    <w:p>
      <w:r>
        <w:t>Не рассчитываю на формальное благожелательное рассмотрение, однако настаиваю на фиксации моей позиции и на проверке действий органов предварительного расследования и суда.</w:t>
      </w:r>
    </w:p>
    <w:p/>
    <w:p>
      <w:r>
        <w:t>Дата: 22 мая 2026 г.</w:t>
      </w:r>
    </w:p>
    <w:p>
      <w:r>
        <w:t>Подпись: ___________________ / Федякина В.С.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