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</w:rPr>
        <w:t>Министру внутренних дел Российской Федерации</w:t>
        <w:br/>
        <w:t>107174, г. Москва, ул. Житная, д. 16</w:t>
        <w:br/>
        <w:t>(копия: ГУ МВД России по г. Москве, 107078, г. Москва, ул. Маши Порываевой, д. 34)</w:t>
      </w:r>
    </w:p>
    <w:p/>
    <w:p>
      <w:r>
        <w:t>От: Федякина Валерия Сергеевна</w:t>
        <w:br/>
      </w:r>
      <w:r>
        <w:t>Дата рождения: 1995 г., г. Симферополь (Крым)</w:t>
        <w:br/>
      </w:r>
      <w:r>
        <w:t>Место отбывания / следствие: отбывание наказания: исправительная колония общего режима (по приговору от 24.06.2025); ранее ФКУ СИЗ-6 «Печатники» и ФКУ СИЗ «Москворецкий» г. Москва (СМИ, 2023–2025)</w:t>
        <w:br/>
      </w:r>
      <w:r>
        <w:t>Процесс: уголовное дело по ч. 4 ст. 159 УК РФ (возбуждено 15.09.2023, ГСУ СК России по г. Москве); рассмотрено Пресненским районным судом г. Москвы, приговор оглашён 24.06.2025</w:t>
        <w:br/>
      </w:r>
      <w:r>
        <w:t>Контакт для ответа: support@bitmama.duckdns.org</w:t>
        <w:br/>
      </w:r>
      <w:r>
        <w:t>уполномоченный представитель осуждённой (по письменному поручению), связь: support@bitmama.duckdns.org</w:t>
        <w:br/>
      </w:r>
      <w:r>
        <w:t>Материалы: https://bitmama.duckdns.org/</w:t>
      </w:r>
    </w:p>
    <w:p/>
    <w:p>
      <w:pPr>
        <w:jc w:val="center"/>
      </w:pPr>
      <w:r>
        <w:rPr>
          <w:b/>
        </w:rPr>
        <w:t>ЗАЯВЛЕНИЕ</w:t>
        <w:br/>
        <w:t>о проверке законности действий при расследовании</w:t>
      </w:r>
    </w:p>
    <w:p>
      <w:r>
        <w:t>Я, Федякина Валерия Сергеевна, сообщаю следующее.</w:t>
      </w:r>
    </w:p>
    <w:p/>
    <w:p>
      <w:r>
        <w:t>В отношении меня ведётся (велось) уголовное преследование по обвинению в организации финансовой пирамиды (ч. 4 ст. 159 УК РФ). Задержана 15 сентября 2023 г.. Приговор Пресненский районный суд города Москвы (24 июня 2025 г.) — 7 (семь) лет лишения свободы, исправительная колония общего режима.</w:t>
      </w:r>
    </w:p>
    <w:p/>
    <w:p>
      <w:r>
        <w:t>Процессуальная привязка: уголовное дело по ч. 4 ст. 159 УК РФ (возбуждено 15.09.2023, ГСУ СК России по г. Москве); рассмотрено Пресненским районным судом г. Москвы, приговор оглашён 24.06.2025.</w:t>
      </w:r>
    </w:p>
    <w:p/>
    <w:p>
      <w:r>
        <w:t>Прошу организовать процессуальную проверку:</w:t>
      </w:r>
    </w:p>
    <w:p>
      <w:r>
        <w:t>— соблюдения сроков и оснований задержания и избрания меры пресечения;</w:t>
      </w:r>
    </w:p>
    <w:p>
      <w:r>
        <w:t>— полноты и объективности проверки версии о моей роли в схеме Bitmama;</w:t>
      </w:r>
    </w:p>
    <w:p>
      <w:r>
        <w:t>— законности использования вещественных и цифровых доказательств.</w:t>
      </w:r>
    </w:p>
    <w:p/>
    <w:p>
      <w:r>
        <w:t>Считаю, что следствие и судебная стадия носили предвзятый характер в отношении меня как публичной фигуры («Bitmama»), при несимметричном привлечении иных участников.</w:t>
      </w:r>
    </w:p>
    <w:p/>
    <w:p>
      <w:r>
        <w:t>Материалы для проверки:</w:t>
      </w:r>
    </w:p>
    <w:p>
      <w:r>
        <w:t>https://bitmama.duckdns.org/</w:t>
      </w:r>
    </w:p>
    <w:p>
      <w:r>
        <w:t>Подяка ВСУ (дочь, 4123 оБпС, 12.10.2022): https://bitmama.duckdns.org/podaka-vsu.html</w:t>
        <w:br/>
        <w:t>Подяка ВСУ (мать, 5033 оБпС, 18.09.2022): https://bitmama.duckdns.org/podaka-vsu-mother.html</w:t>
        <w:br/>
        <w:t>Паспорт матери (Украина): https://bitmama.duckdns.org/#mother</w:t>
      </w:r>
    </w:p>
    <w:p/>
    <w:p>
      <w:r>
        <w:t>Прошу уведомить о результатах на support@bitmama.duckdns.org в срок, установленный законом.</w:t>
      </w:r>
    </w:p>
    <w:p/>
    <w:p>
      <w:r>
        <w:t>Дата: 22 мая 2026 г.</w:t>
      </w:r>
    </w:p>
    <w:p>
      <w:r>
        <w:t>Подпись: ___________________ / Федякина В.С.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