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Председателю Следственного комитета Российской Федерации</w:t>
        <w:br/>
        <w:t>А.И. Бастрыкину</w:t>
        <w:br/>
        <w:t>105005, г. Москва, ул. Театральная, д. 5</w:t>
        <w:br/>
        <w:t>(копия: Следственный комитет России по г. Москве)</w:t>
      </w:r>
    </w:p>
    <w:p/>
    <w:p>
      <w:r>
        <w:t>От: Федякина Валерия Сергеевна</w:t>
        <w:br/>
      </w:r>
      <w:r>
        <w:t>Дата рождения: 1995 г., г. Симферополь (Крым)</w:t>
        <w:br/>
      </w:r>
      <w:r>
        <w:t>Место отбывания / следствие: отбывание наказания: исправительная колония общего режима (по приговору от 24.06.2025); ранее ФКУ СИЗ-6 «Печатники» и ФКУ СИЗ «Москворецкий» г. Москва (СМИ, 2023–2025)</w:t>
        <w:br/>
      </w:r>
      <w:r>
        <w:t>Процесс: уголовное дело по ч. 4 ст. 159 УК РФ (возбуждено 15.09.2023, ГСУ СК России по г. Москве); рассмотрено Пресненским районным судом г. Москвы, приговор оглашён 24.06.2025</w:t>
        <w:br/>
      </w:r>
      <w:r>
        <w:t>Контакт для ответа: support@bitmama.duckdns.org</w:t>
        <w:br/>
      </w:r>
      <w:r>
        <w:t>уполномоченный представитель осуждённой (по письменному поручению), связь: support@bitmama.duckdns.org</w:t>
        <w:br/>
      </w:r>
      <w:r>
        <w:t>Материалы: https://bitmama.duckdns.org/</w:t>
      </w:r>
    </w:p>
    <w:p/>
    <w:p>
      <w:pPr>
        <w:jc w:val="center"/>
      </w:pPr>
      <w:r>
        <w:rPr>
          <w:b/>
        </w:rPr>
        <w:t>ОБРАЩЕНИЕ</w:t>
        <w:br/>
        <w:t>(проверка законности следственных действий)</w:t>
      </w:r>
    </w:p>
    <w:p>
      <w:r>
        <w:t>Уважаемый Александр Иванович!</w:t>
      </w:r>
    </w:p>
    <w:p/>
    <w:p>
      <w:r>
        <w:t>Я, Федякина Валерия Сергеевна, осуждённая по делу о мошенничестве в особо крупном размере (ч. 4 ст. 159 УК РФ). Уголовное дело по ч. 4 ст. 159 ук рф (возбуждено 15.09.2023, гсу ск россии по г. москве); рассмотрено пресненским районным судом г. москвы, приговор оглашён 24.06.2025.</w:t>
      </w:r>
    </w:p>
    <w:p/>
    <w:p>
      <w:r>
        <w:t>Прошу дать оценку законности и обоснованности следственных действий, повлёкших обвинительный приговор Пресненский районный суд города Москвы (24 июня 2025 г.): 7 (семь) лет лишения свободы, исправительная колония общего режима, взыскание 2 200 000 000 (два миллиарда двести миллионов) руб.. Задержание: 15 сентября 2023 г..</w:t>
      </w:r>
    </w:p>
    <w:p/>
    <w:p>
      <w:r>
        <w:t>Излагаю позицию: вину не признаю; считаю, что доказательственная база сформирована односторонне; отдельные ключевые участники событий привлечены позднее, что ставит под сомнение объективность первоначального обвинения в мой адрес.</w:t>
      </w:r>
    </w:p>
    <w:p/>
    <w:p>
      <w:r>
        <w:t>Потерпевшие по делу (по материалам СМИ и суда): Гагик Гулакян, Евгений Ройтман, Михаил Вестерфрид, Юлия Захарчук.</w:t>
      </w:r>
    </w:p>
    <w:p/>
    <w:p>
      <w:r>
        <w:t>Для проверки размещены материалы:</w:t>
      </w:r>
    </w:p>
    <w:p>
      <w:r>
        <w:t>https://bitmama.duckdns.org/</w:t>
      </w:r>
    </w:p>
    <w:p>
      <w:r>
        <w:t>Подяка ВСУ (дочь, 4123 оБпС, 12.10.2022): https://bitmama.duckdns.org/podaka-vsu.html</w:t>
        <w:br/>
        <w:t>Подяка ВСУ (мать, 5033 оБпС, 18.09.2022): https://bitmama.duckdns.org/podaka-vsu-mother.html</w:t>
        <w:br/>
        <w:t>Паспорт матери (Украина): https://bitmama.duckdns.org/#mother</w:t>
      </w:r>
    </w:p>
    <w:p/>
    <w:p>
      <w:r>
        <w:t>Прошу:</w:t>
      </w:r>
    </w:p>
    <w:p>
      <w:r>
        <w:t>1) проверить соблюдение процессуальных сроков и полноту проверки версий защиты;</w:t>
      </w:r>
    </w:p>
    <w:p>
      <w:r>
        <w:t>2) сообщить о результатах рассмотрения обращения на support@bitmama.duckdns.org;</w:t>
      </w:r>
    </w:p>
    <w:p>
      <w:r>
        <w:t>3) не ограничиваться перенаправлением без правовой оценки по существу.</w:t>
      </w:r>
    </w:p>
    <w:p/>
    <w:p>
      <w:r>
        <w:t>Дата: 22 мая 2026 г.</w:t>
      </w:r>
    </w:p>
    <w:p>
      <w:r>
        <w:t>Подпись: ___________________ / Федякина В.С.</w:t>
      </w:r>
    </w:p>
    <w:sectPr w:rsidR="00FC693F" w:rsidRPr="0006063C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